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הסקה, ניבוי ואיתור ראיות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ולחזק כללי לשון בסיסיים דרך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מיזוג מידע ממקורות שונים לכתיבה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ביקורתית, נימוק עמדה וקבלת החלטות מושכלת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פתיחה: ניבוי, הסקה וחשיבה ביקורתית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מסקנה שמגיעים אליה מתוך רמזים ועובדות, בלי שהיא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לתרגל ניבוי על בסיס רמזים ואז לבדוק אם הניחוש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חשיבה מהירה מול חשיבה איטית וביקורתיות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פתיחה: ניבוי, הסקה וחשיבה ביקורתית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ניבוי מבוסס נשען על מידע קיים כמו כותרת, תמונה או משפט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חושפים רמזים בהדרגה ומסיקים מסקנה רק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שלב 'הבדיקה' שמשלים את הניבוי וחשוב לקריאה ביקורתית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פתיחה: ניבוי, הסקה וחשיבה ביקורתית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הבנת הנקרא ועבודה עם טקסט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להסיק מסקנות מתוך רמזים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להתאים בין סמל או מקור למושג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שאלות, התאמות ואותיות קסם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ראיות ורמזים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הבנת הנקרא ועבודה עם טקסט – תרגול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הבנת הנקרא ועבודה עם טקסט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 שכתוב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(מסקנה שלא כתובה במפורש אך נובעת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(איור או סימן המייצג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(הטקסט או המסמך שממנו לקוחה הראיה)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(סידור אירועים לפי סדר הקרות)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אוצר מילים, לשון ודקדוק – זיהוי וכללים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בעלת משמעות דומה למילה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האותיות שמהן נבנית המילה ושאר המילים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שסודרו אותיותיה בסדר אחר כדי לפענח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אוצר מילים, לשון ודקדוק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שש האותיות שעלולות לקבל דגש קל בתחילת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ה' הידיעה נוספת בתחילת המילה, למשל: בית →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מילים, לשון ודקדוק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אוצר מילים, לשון ודקדוק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(הלך (שורש))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(ישב (שורש))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מיזוג מקורות וכתיבה מבוססת טקסט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אפשר לבדוק ולאמת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מביע עמדה או הערכה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למה דבר מסוים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מיזוג מקורות וכתיבה מבוססת טקסט – תרגול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מיזוג מקורות וכתיבה מבוססת טקסט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התלמידים בכיתה הוא שלושים)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(זה השיעור הכי מעניין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(ירד גשם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(הטיול בוטל)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קבלת החלטות, חוסן ועמדה אישית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שיש בו שתי אפשרויות ואין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האפשרות שבה בוחרים ומנמקים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להבין נימוקים נוספים ואולי לשנות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קבלת החלטות, חוסן ועמדה אישית – נ/ל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נימוק מסביר מדוע האדם חושב כך ומחזק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הוא היכולת להכיר ברגשות, לדבר עליהם ולהתמודד עם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קבלת החלטות, חוסן ועמדה אישית – יישום: החלטות והשלכות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קבלת החלטות, חוסן ועמדה אישית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(מצב עם שתי אפשרויות ובלי תשובה אחת ברורה)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שתומך בעמדה שבחרו)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(התוצאה שתבוא בעקבות ההחלטה)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(היכולת להתמודד עם קושי ולהתאושש ממנו)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מציינת לפחות שני סממנים המבדילים עובדה מדעה (לדוגמה: אפשר לבדוק מול דעה אישית)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מצטט/ת או מפנה למשפט ספציפי בטקסט ולא עונה מהזיכרון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המשולב כולל מידע משני המקורות ושומר על משמעות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לשיעור אחד לכל פרק, ולהשתמש בכרטיס היציאה כבדיקת הבנה מהירה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להשתמש בגרסת החנ״מ עם הנחיות מפושטות ודוגמאות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את גרסת העולים שמדגישה אוצר מילים בסיסי לפני המעבר למשימות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עבודה בזוגות בפרק הדילמות והחוסן כדי לעודד שיח ונימוק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תרגילים. פתרו אותם לפי הסדר. כתבו תשובות קצרות וברורות. בסוף כל פרק ענו על שאלה אחת לבדיקה.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לפי רמזים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מה יקרה בהמשך הטקסט לפני שקוראים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 מהטקסט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או פרט מהטקסט שתומך בתשובה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שאפשר לבדוק ולאמת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רגש אישי, לא בהכרח נכון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מיזוג 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מידע משני טקסטים או יותר לכדי טקסט אחד מסודר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ה״א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ה' שמציינת שמדובר בדבר ידוע ומסוים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בגדכפ״ת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אותיות שיכולות להשתנות בהגייה (רפה/דגושה)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בעלות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פתיחה: ניבוי, הסקה וחשיבה ביקורתית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'להסיק מסקנה'?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מסקנה שמגיעים אליה מתוך רמזים ועובדות, בלי שהיא כתובה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העתקת משפט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הכותרת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ניחוש בלי שום בסיס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המשחק 'נחשו ובדקו'?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ניבוי על בסיס רמזים ואז לבדוק אם הניחוש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חידות מתמטיות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ציור לפי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'תעתועי ראייה' מתרגלים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חשיבה מהירה מול חשיבה איטית וביקורתיות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סמלים 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פתיחה: ניבוי, הסקה וחשיבה ביקורתית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ניבוי טוב מתבסס על רמזים מהטקסט ולא על ניחוש מקרי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'מי החשוד – צללית' מגלים את התשובה מיד, בלי רמזים מדורגים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שמנחשים משהו על טקסט, חשוב לבדוק אם הניחוש התאמת למה שכתוב בפועל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פתיחה: ניבוי, הסקה וחשיבה ביקורתית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'מי החשוד – צללית' מסיקים מסקנה מתוך __________ שנחשפים בהדרגה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קריאת טקסט שלם, אפשר לנחש על מה הוא מדבר לפי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הבנת הנקרא ועבודה עם טקסט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מי החשוד?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רשימת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להסיק מסקנות מתוך רמזים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 על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במשחק ההתאמה?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להתאים בין סמל או מקור למושג המתאים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למיין צבעים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במשחק מסע בתחנות?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שאלות, התאמות ואותיות קסם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חופשי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שיחת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להסיק מי החשוד הנכון, יש לאסוף מהטקסט...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ניחושים אקראיים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ראיות ורמזים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של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הבנת הנקרא ועבודה עם טקסט – תרגול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בבלש הטקסט יש לאסוף __________ מתוך הטקסט כדי להסיק מי הדמות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הבנת הנקרא ועבודה עם טקסט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ראיה ישירה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הטקסט או המסמך שממנו לקוחה הראיה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שכתוב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מסקנה שלא כתובה במפורש אך נובעת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סידור אירועים לפי סדר הקרות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איור או סימן המייצג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אוצר מילים, לשון ודקדוק – זיהוי וכללים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שמשמעותה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דומה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שאין לה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שמתחילה באות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שורש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האותיות הראשונות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האותיות שמהן נבנית המילה ושאר המילים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האות האחרונה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אנגרמה?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שסודרו אותיותיה בסדר אחר כדי לפענח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חרוז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אוצר מילים, לשון ודקדוק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בגדכפ״ת הן ב, ג, ד, כ, פ, 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הידיעה תמיד נוספת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אוצר מילים, לשון ודקדוק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'כתיבה'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מוסיפים ה' הידיעה למילה 'כלב' מקבלים: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ממחסן המילים: הילדים קראו __________ מעניין בספרייה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אוצר מילים, לשון ודקדוק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הלך (שורש)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ישב (שורש)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הליכה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מיזוג מקורות וכתיבה מבוססת טקסט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לבדוק ולאמת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מביע רגש או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כתוב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נכון רק לפעמים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מביע עמדה או הערכה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להוכיח אותו במספרים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מופיע רק במילון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זהה בכל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מסביר קשר סיבה-תוצאה?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דבר מסוים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לכתוב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למיין 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מיזוג מקורות וכתיבה מבוססת טקסט – תרגול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כשממזגים שני מקורות וביניהם הבדל, אפשר להשתמש במילת הקישור __________ כדי לציין את ההבדל.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שאפשר לבדוק אותו במספרים או בנתונים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מיזוג מקורות וכתיבה מבוססת טקסט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הטיול בוטל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ירד גשם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 השיעור הכי מעניין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התלמידים בכיתה הוא שלושים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קבלת החלטות, חוסן ועמדה אישית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עם פתרון אחד וברור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שיש בו שתי אפשרויות ואין תשובה אחת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בחידון 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 ללא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עמדה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האפשרות שבה בוחרים ומנמקים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השאלה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הדמות הראשית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לשמוע את הצד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להבין נימוקים נוספים ואולי לשנות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 את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קבלת החלטות, חוסן ועמדה אישית – נ/ל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הוא הסבר שתומך בעמדה שבחרנו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רגשי פירושו להתעלם מהרגשות ולא לדבר עליהם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קבלת החלטות, חוסן ועמדה אישית – יישום: החלטות והשלכות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כשבוחרים אפשרות אחת בדילמה, בדרך כלל מוותרים על ה__________ האחרת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שמחליטים כדאי לחשוב על ה__________ של ההחלטה, כלומר מה יקרה בעקבותיה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קבלת החלטות, חוסן ועמדה אישית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התוצאה שתבוא בעקבות ההחלטה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היכולת להתמודד עם קושי ולהתאושש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השלכה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שתומך בעמדה שבחרו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מצב עם שתי אפשרויות ובלי תשובה אחת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עובדה לדעה בטקסט נתון?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למצוא בטקסט ראיה שתומכת בתשובה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לחבר מידע משני מקורות למשפט אחד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טקסט ומשימות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